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1FD41" w14:textId="77777777" w:rsidR="00E75526" w:rsidRDefault="008E3F9F">
      <w:pPr>
        <w:pStyle w:val="Heading1"/>
        <w:pBdr>
          <w:bottom w:val="single" w:sz="10" w:space="5" w:color="279CD8"/>
        </w:pBdr>
      </w:pPr>
      <w:r>
        <w:rPr>
          <w:b w:val="0"/>
          <w:sz w:val="19"/>
        </w:rPr>
        <w:t>Invite your MP to Westminster</w:t>
      </w:r>
    </w:p>
    <w:p w14:paraId="5EAD809A" w14:textId="77777777" w:rsidR="00E75526" w:rsidRDefault="008E3F9F">
      <w:pPr>
        <w:spacing w:after="60"/>
      </w:pPr>
      <w:r>
        <w:rPr>
          <w:b/>
          <w:color w:val="4E5C63"/>
          <w:sz w:val="18"/>
        </w:rPr>
        <w:t>Editable email template for CTA members who aren't attending the event</w:t>
      </w:r>
    </w:p>
    <w:p w14:paraId="412B738E" w14:textId="77777777" w:rsidR="00E75526" w:rsidRDefault="008E3F9F">
      <w:pPr>
        <w:spacing w:after="140"/>
      </w:pPr>
      <w:r>
        <w:rPr>
          <w:b/>
          <w:color w:val="174F6B"/>
          <w:sz w:val="18"/>
        </w:rPr>
        <w:t xml:space="preserve">Before sending: </w:t>
      </w:r>
      <w:r>
        <w:rPr>
          <w:b w:val="0"/>
          <w:color w:val="4E5C63"/>
          <w:sz w:val="18"/>
        </w:rPr>
        <w:t>replace every section in square brackets with your organisation’s information.</w:t>
      </w:r>
    </w:p>
    <w:p w14:paraId="3AFCDFBC" w14:textId="77777777" w:rsidR="00E75526" w:rsidRDefault="008E3F9F">
      <w:pPr>
        <w:spacing w:after="140"/>
      </w:pPr>
      <w:r>
        <w:rPr>
          <w:b/>
          <w:sz w:val="19"/>
        </w:rPr>
        <w:t xml:space="preserve">Suggested subject: </w:t>
      </w:r>
      <w:r>
        <w:rPr>
          <w:b w:val="0"/>
          <w:sz w:val="19"/>
        </w:rPr>
        <w:t>Invitation: Join Community Transport at Westminster on 15 October</w:t>
      </w:r>
    </w:p>
    <w:p w14:paraId="121FFE46" w14:textId="7CE7E8D5" w:rsidR="00E75526" w:rsidRDefault="008E3F9F">
      <w:r>
        <w:rPr>
          <w:b w:val="0"/>
          <w:sz w:val="19"/>
        </w:rPr>
        <w:t xml:space="preserve">Dear </w:t>
      </w:r>
      <w:r>
        <w:rPr>
          <w:b/>
          <w:color w:val="174F6B"/>
          <w:sz w:val="19"/>
          <w:highlight w:val="yellow"/>
        </w:rPr>
        <w:t>[MP’S NAME]</w:t>
      </w:r>
      <w:r>
        <w:rPr>
          <w:b w:val="0"/>
          <w:sz w:val="19"/>
        </w:rPr>
        <w:t>,</w:t>
      </w:r>
    </w:p>
    <w:p w14:paraId="706A8823" w14:textId="34AF43C9" w:rsidR="00E75526" w:rsidRDefault="008E3F9F">
      <w:r>
        <w:rPr>
          <w:b w:val="0"/>
          <w:sz w:val="19"/>
        </w:rPr>
        <w:t xml:space="preserve">I am writing to you on behalf of </w:t>
      </w:r>
      <w:r>
        <w:rPr>
          <w:b/>
          <w:color w:val="174F6B"/>
          <w:sz w:val="19"/>
          <w:highlight w:val="yellow"/>
        </w:rPr>
        <w:t>[INSERT ORGANISATION NAME]</w:t>
      </w:r>
      <w:r>
        <w:rPr>
          <w:b w:val="0"/>
          <w:sz w:val="19"/>
        </w:rPr>
        <w:t xml:space="preserve">, a local charity/community group/social enterprise </w:t>
      </w:r>
      <w:r>
        <w:rPr>
          <w:b/>
          <w:color w:val="174F6B"/>
          <w:sz w:val="19"/>
          <w:highlight w:val="yellow"/>
        </w:rPr>
        <w:t>[DELETE AS APPROPRIATE]</w:t>
      </w:r>
      <w:r>
        <w:rPr>
          <w:b w:val="0"/>
          <w:sz w:val="19"/>
        </w:rPr>
        <w:t xml:space="preserve"> based in </w:t>
      </w:r>
      <w:r>
        <w:rPr>
          <w:b/>
          <w:color w:val="174F6B"/>
          <w:sz w:val="19"/>
          <w:highlight w:val="yellow"/>
        </w:rPr>
        <w:t>[INSERT YOUR VILLAGE/TOWN/CITY/AREA]</w:t>
      </w:r>
      <w:r>
        <w:rPr>
          <w:b w:val="0"/>
          <w:sz w:val="19"/>
        </w:rPr>
        <w:t xml:space="preserve"> in your constituency of </w:t>
      </w:r>
      <w:r>
        <w:rPr>
          <w:b/>
          <w:color w:val="174F6B"/>
          <w:sz w:val="19"/>
          <w:highlight w:val="yellow"/>
        </w:rPr>
        <w:t>[INSERT CONSTITUENCY NAME]</w:t>
      </w:r>
      <w:r>
        <w:rPr>
          <w:b w:val="0"/>
          <w:sz w:val="19"/>
        </w:rPr>
        <w:t>.</w:t>
      </w:r>
    </w:p>
    <w:p w14:paraId="41F59635" w14:textId="77777777" w:rsidR="00E75526" w:rsidRDefault="008E3F9F">
      <w:r>
        <w:rPr>
          <w:b w:val="0"/>
          <w:sz w:val="19"/>
        </w:rPr>
        <w:t xml:space="preserve">We </w:t>
      </w:r>
      <w:r>
        <w:rPr>
          <w:b/>
          <w:color w:val="174F6B"/>
          <w:sz w:val="19"/>
          <w:highlight w:val="yellow"/>
        </w:rPr>
        <w:t>[INSERT INFORMATION ABOUT YOUR SERVICES, WHO YOU SERVE AND WHY YOUR WORK MATTERS]</w:t>
      </w:r>
      <w:r>
        <w:rPr>
          <w:b w:val="0"/>
          <w:sz w:val="19"/>
        </w:rPr>
        <w:t>.</w:t>
      </w:r>
    </w:p>
    <w:p w14:paraId="54CD0031" w14:textId="77777777" w:rsidR="00021540" w:rsidRDefault="008E3F9F">
      <w:pPr>
        <w:rPr>
          <w:sz w:val="19"/>
        </w:rPr>
      </w:pPr>
      <w:r>
        <w:rPr>
          <w:b w:val="0"/>
          <w:sz w:val="19"/>
        </w:rPr>
        <w:t xml:space="preserve">Although we are unable to attend in person, we would still like to invite you to a special reception hosted by the </w:t>
      </w:r>
      <w:hyperlink r:id="rId11">
        <w:r>
          <w:rPr>
            <w:color w:val="174F6B"/>
            <w:sz w:val="19"/>
            <w:u w:val="single"/>
          </w:rPr>
          <w:t>Community Transport Association</w:t>
        </w:r>
      </w:hyperlink>
      <w:r>
        <w:rPr>
          <w:b w:val="0"/>
          <w:sz w:val="19"/>
        </w:rPr>
        <w:t xml:space="preserve"> (CTA) at Westminster on Thursday 15 October. The reception is kindly sponsored by Fleur Anderson MP and is being held during </w:t>
      </w:r>
      <w:hyperlink r:id="rId12">
        <w:r>
          <w:rPr>
            <w:color w:val="174F6B"/>
            <w:sz w:val="19"/>
            <w:u w:val="single"/>
          </w:rPr>
          <w:t>Community Transport Week 2026</w:t>
        </w:r>
      </w:hyperlink>
      <w:r>
        <w:rPr>
          <w:b w:val="0"/>
          <w:sz w:val="19"/>
        </w:rPr>
        <w:t xml:space="preserve"> to celebrate Community Transport and help safeguard its future.</w:t>
      </w:r>
    </w:p>
    <w:p w14:paraId="0CEEDCC5" w14:textId="77777777" w:rsidR="00E75526" w:rsidRDefault="008E3F9F">
      <w:pPr>
        <w:pStyle w:val="Heading2"/>
        <w:spacing w:before="100" w:after="40"/>
      </w:pPr>
      <w:r>
        <w:rPr>
          <w:rFonts w:ascii="Arial" w:hAnsi="Arial"/>
          <w:i w:val="0"/>
          <w:sz w:val="22"/>
        </w:rPr>
        <w:t>Event details</w:t>
      </w:r>
    </w:p>
    <w:p w14:paraId="429838F9" w14:textId="77777777" w:rsidR="00E75526" w:rsidRDefault="008E3F9F">
      <w:pPr>
        <w:spacing w:after="20"/>
        <w:ind w:left="198"/>
      </w:pPr>
      <w:r>
        <w:rPr>
          <w:b/>
          <w:sz w:val="19"/>
        </w:rPr>
        <w:t xml:space="preserve">Event: </w:t>
      </w:r>
      <w:r>
        <w:rPr>
          <w:sz w:val="19"/>
        </w:rPr>
        <w:t>Safeguarding Community Transport's Future</w:t>
      </w:r>
    </w:p>
    <w:p w14:paraId="64CE8644" w14:textId="4F241BAA" w:rsidR="00E75526" w:rsidRDefault="008E3F9F">
      <w:pPr>
        <w:spacing w:after="20"/>
        <w:ind w:left="198"/>
      </w:pPr>
      <w:r>
        <w:rPr>
          <w:b/>
          <w:sz w:val="19"/>
        </w:rPr>
        <w:t xml:space="preserve">Date and time: </w:t>
      </w:r>
      <w:r>
        <w:rPr>
          <w:sz w:val="19"/>
        </w:rPr>
        <w:t>Thursday 15</w:t>
      </w:r>
      <w:r w:rsidR="00B72BD4">
        <w:rPr>
          <w:sz w:val="19"/>
        </w:rPr>
        <w:t>th</w:t>
      </w:r>
      <w:r>
        <w:rPr>
          <w:sz w:val="19"/>
        </w:rPr>
        <w:t xml:space="preserve"> October 2026, 14:00 – 16:50</w:t>
      </w:r>
    </w:p>
    <w:p w14:paraId="6201C86D" w14:textId="77777777" w:rsidR="00E75526" w:rsidRDefault="008E3F9F">
      <w:pPr>
        <w:spacing w:after="20"/>
        <w:ind w:left="198"/>
      </w:pPr>
      <w:r>
        <w:rPr>
          <w:b/>
          <w:sz w:val="19"/>
        </w:rPr>
        <w:t xml:space="preserve">Location: </w:t>
      </w:r>
      <w:r>
        <w:rPr>
          <w:b w:val="0"/>
          <w:sz w:val="19"/>
        </w:rPr>
        <w:t>Terrace Pavilion, House of Commons, Palace of Westminster, London, SW1A 0AA</w:t>
      </w:r>
    </w:p>
    <w:p w14:paraId="7972E2BF" w14:textId="77777777" w:rsidR="00E75526" w:rsidRDefault="008E3F9F">
      <w:pPr>
        <w:spacing w:after="20"/>
        <w:ind w:left="198"/>
      </w:pPr>
      <w:r>
        <w:rPr>
          <w:b/>
          <w:sz w:val="19"/>
        </w:rPr>
        <w:t xml:space="preserve">MP drop-in times: </w:t>
      </w:r>
      <w:r>
        <w:rPr>
          <w:sz w:val="19"/>
        </w:rPr>
        <w:t>14:00 – 15:00 and 15:50 – 16:50</w:t>
      </w:r>
    </w:p>
    <w:p w14:paraId="4771C1D5" w14:textId="77777777" w:rsidR="00E75526" w:rsidRDefault="008E3F9F">
      <w:pPr>
        <w:spacing w:before="100"/>
      </w:pPr>
      <w:r>
        <w:rPr>
          <w:sz w:val="19"/>
        </w:rPr>
        <w:t xml:space="preserve">Community Transport operators like us are facing a serious and growing shortage of qualified minibus drivers, which is threatening the long-term future of our movement. This is already making it harder for us at </w:t>
      </w:r>
      <w:r>
        <w:rPr>
          <w:b/>
          <w:color w:val="174F6B"/>
          <w:sz w:val="19"/>
          <w:highlight w:val="yellow"/>
        </w:rPr>
        <w:t>[INSERT ORGANISATION NAME]</w:t>
      </w:r>
      <w:r>
        <w:rPr>
          <w:sz w:val="19"/>
        </w:rPr>
        <w:t xml:space="preserve"> to recruit and retain drivers, maintain existing services and respond to growing demand. </w:t>
      </w:r>
      <w:r>
        <w:rPr>
          <w:b/>
          <w:color w:val="174F6B"/>
          <w:sz w:val="19"/>
          <w:highlight w:val="yellow"/>
        </w:rPr>
        <w:t>[FURTHER EXPLAIN IMPACT OF D1 DRIVER SHORTAGES ON YOUR WORK.]</w:t>
      </w:r>
      <w:r>
        <w:rPr>
          <w:sz w:val="19"/>
        </w:rPr>
        <w:t xml:space="preserve"> </w:t>
      </w:r>
    </w:p>
    <w:p w14:paraId="7225D960" w14:textId="0E20135E" w:rsidR="00E75526" w:rsidRDefault="0022268B">
      <w:r>
        <w:rPr>
          <w:b w:val="0"/>
          <w:sz w:val="19"/>
        </w:rPr>
        <w:t>We’re rapidly approaching a dangerous cliff edge. Over the next five years, the number of D1 minibus licence holders is set to fall by more than 3 million people, or 22% of all D1 licences in Great Britain. We believe urgent action is needed.</w:t>
      </w:r>
    </w:p>
    <w:p w14:paraId="31111F47" w14:textId="77777777" w:rsidR="00E75526" w:rsidRDefault="008E3F9F">
      <w:r>
        <w:rPr>
          <w:b w:val="0"/>
          <w:sz w:val="19"/>
        </w:rPr>
        <w:t xml:space="preserve">That is why we strongly support </w:t>
      </w:r>
      <w:hyperlink r:id="rId13">
        <w:r>
          <w:rPr>
            <w:color w:val="174F6B"/>
            <w:sz w:val="19"/>
            <w:u w:val="single"/>
          </w:rPr>
          <w:t>CTA’s D1 Licensing Campaign</w:t>
        </w:r>
      </w:hyperlink>
      <w:r>
        <w:rPr>
          <w:b w:val="0"/>
          <w:sz w:val="19"/>
        </w:rPr>
        <w:t xml:space="preserve"> for changes to minibus driver licensing rules.</w:t>
      </w:r>
    </w:p>
    <w:p w14:paraId="78E9B3BE" w14:textId="77777777" w:rsidR="00E75526" w:rsidRDefault="008E3F9F">
      <w:r>
        <w:rPr>
          <w:b w:val="0"/>
          <w:sz w:val="19"/>
        </w:rPr>
        <w:t>On 15 October, CTA will be presenting the Community Transport movement’s proposal for changes via secondary legislation which will protect Community Transport services and significantly increase the availability of qualified minibus drivers, while strengthening passenger safety.</w:t>
      </w:r>
    </w:p>
    <w:p w14:paraId="38A16EC5" w14:textId="77777777" w:rsidR="00E75526" w:rsidRDefault="008E3F9F">
      <w:r>
        <w:rPr>
          <w:b w:val="0"/>
          <w:sz w:val="19"/>
        </w:rPr>
        <w:t>We would be very grateful if you could attend on behalf of our constituency, learn more about the issue and show your support for Community Transport organisations like ours.</w:t>
      </w:r>
    </w:p>
    <w:p w14:paraId="24234107" w14:textId="77777777" w:rsidR="00E75526" w:rsidRDefault="008E3F9F">
      <w:r>
        <w:rPr>
          <w:b w:val="0"/>
          <w:sz w:val="19"/>
        </w:rPr>
        <w:t>Will you be available to attend the reception to celebrate Community Transport, hear CTA’s proposal and support the next generation of minibus drivers?</w:t>
      </w:r>
    </w:p>
    <w:p w14:paraId="77826BA0" w14:textId="77777777" w:rsidR="00E75526" w:rsidRDefault="008E3F9F">
      <w:r>
        <w:rPr>
          <w:sz w:val="19"/>
        </w:rPr>
        <w:t xml:space="preserve">Thank you for your kind consideration. We look forward to hearing from you. </w:t>
      </w:r>
    </w:p>
    <w:p w14:paraId="6167E145" w14:textId="77777777" w:rsidR="00E75526" w:rsidRDefault="008E3F9F">
      <w:r>
        <w:rPr>
          <w:sz w:val="19"/>
        </w:rPr>
        <w:t xml:space="preserve">Yours sincerely, </w:t>
      </w:r>
    </w:p>
    <w:p w14:paraId="6939EF8D" w14:textId="77777777" w:rsidR="00E75526" w:rsidRDefault="008E3F9F">
      <w:pPr>
        <w:spacing w:after="10"/>
      </w:pPr>
      <w:r>
        <w:rPr>
          <w:b/>
          <w:color w:val="174F6B"/>
          <w:sz w:val="19"/>
          <w:highlight w:val="yellow"/>
        </w:rPr>
        <w:t>[INSERT NAME]</w:t>
      </w:r>
      <w:r>
        <w:rPr>
          <w:b/>
          <w:sz w:val="19"/>
        </w:rPr>
        <w:t xml:space="preserve"> </w:t>
      </w:r>
    </w:p>
    <w:p w14:paraId="6EA7EC1B" w14:textId="77777777" w:rsidR="00E75526" w:rsidRDefault="008E3F9F">
      <w:pPr>
        <w:spacing w:after="10"/>
      </w:pPr>
      <w:r>
        <w:rPr>
          <w:b/>
          <w:color w:val="174F6B"/>
          <w:sz w:val="19"/>
          <w:highlight w:val="yellow"/>
        </w:rPr>
        <w:t>[INSERT POSITION]</w:t>
      </w:r>
      <w:r>
        <w:rPr>
          <w:b/>
          <w:sz w:val="19"/>
        </w:rPr>
        <w:t xml:space="preserve"> </w:t>
      </w:r>
    </w:p>
    <w:p w14:paraId="3B19B9A0" w14:textId="77777777" w:rsidR="00E75526" w:rsidRDefault="008E3F9F">
      <w:pPr>
        <w:spacing w:after="10"/>
      </w:pPr>
      <w:r>
        <w:rPr>
          <w:b/>
          <w:color w:val="174F6B"/>
          <w:sz w:val="19"/>
          <w:highlight w:val="yellow"/>
        </w:rPr>
        <w:t>[INSERT ORGANISATION]</w:t>
      </w:r>
      <w:r>
        <w:rPr>
          <w:b/>
          <w:sz w:val="19"/>
        </w:rPr>
        <w:t xml:space="preserve"> </w:t>
      </w:r>
    </w:p>
    <w:p w14:paraId="64F305AA" w14:textId="77777777" w:rsidR="00E75526" w:rsidRDefault="008E3F9F">
      <w:pPr>
        <w:spacing w:after="10"/>
      </w:pPr>
      <w:r>
        <w:rPr>
          <w:b/>
          <w:color w:val="174F6B"/>
          <w:sz w:val="19"/>
          <w:highlight w:val="yellow"/>
        </w:rPr>
        <w:t>[INSERT CONTACT DETAILS]</w:t>
      </w:r>
    </w:p>
    <w:sectPr w:rsidR="00E75526" w:rsidSect="00034616">
      <w:pgSz w:w="11906" w:h="16838"/>
      <w:pgMar w:top="765" w:right="935" w:bottom="765" w:left="935"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36755242">
    <w:abstractNumId w:val="8"/>
  </w:num>
  <w:num w:numId="2" w16cid:durableId="2025474636">
    <w:abstractNumId w:val="6"/>
  </w:num>
  <w:num w:numId="3" w16cid:durableId="304896561">
    <w:abstractNumId w:val="5"/>
  </w:num>
  <w:num w:numId="4" w16cid:durableId="1008169180">
    <w:abstractNumId w:val="4"/>
  </w:num>
  <w:num w:numId="5" w16cid:durableId="696783722">
    <w:abstractNumId w:val="7"/>
  </w:num>
  <w:num w:numId="6" w16cid:durableId="105663642">
    <w:abstractNumId w:val="3"/>
  </w:num>
  <w:num w:numId="7" w16cid:durableId="344019232">
    <w:abstractNumId w:val="2"/>
  </w:num>
  <w:num w:numId="8" w16cid:durableId="1298610578">
    <w:abstractNumId w:val="1"/>
  </w:num>
  <w:num w:numId="9" w16cid:durableId="2135321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1540"/>
    <w:rsid w:val="00034616"/>
    <w:rsid w:val="0006063C"/>
    <w:rsid w:val="000621BB"/>
    <w:rsid w:val="0015074B"/>
    <w:rsid w:val="0022268B"/>
    <w:rsid w:val="0029639D"/>
    <w:rsid w:val="00326F90"/>
    <w:rsid w:val="003B7D2B"/>
    <w:rsid w:val="006D15DB"/>
    <w:rsid w:val="006D3979"/>
    <w:rsid w:val="008E3F9F"/>
    <w:rsid w:val="00A267DA"/>
    <w:rsid w:val="00AA1D8D"/>
    <w:rsid w:val="00AB421F"/>
    <w:rsid w:val="00B47730"/>
    <w:rsid w:val="00B72BD4"/>
    <w:rsid w:val="00CB0664"/>
    <w:rsid w:val="00E7552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9991B8"/>
  <w14:defaultImageDpi w14:val="300"/>
  <w15:docId w15:val="{679C82D2-0A8F-4C61-B15D-DBDF29C72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4" w:line="257" w:lineRule="auto"/>
    </w:pPr>
    <w:rPr>
      <w:rFonts w:ascii="Arial" w:hAnsi="Arial"/>
      <w:color w:val="202A30"/>
      <w:sz w:val="20"/>
    </w:rPr>
  </w:style>
  <w:style w:type="paragraph" w:styleId="Heading1">
    <w:name w:val="heading 1"/>
    <w:basedOn w:val="Normal"/>
    <w:next w:val="Normal"/>
    <w:link w:val="Heading1Char"/>
    <w:uiPriority w:val="9"/>
    <w:qFormat/>
    <w:rsid w:val="00FC693F"/>
    <w:pPr>
      <w:keepNext/>
      <w:keepLines/>
      <w:spacing w:after="160"/>
      <w:outlineLvl w:val="0"/>
    </w:pPr>
    <w:rPr>
      <w:rFonts w:asciiTheme="majorHAnsi" w:eastAsiaTheme="majorEastAsia" w:hAnsiTheme="majorHAnsi" w:cstheme="majorBidi"/>
      <w:b/>
      <w:bCs/>
      <w:color w:val="174F6B"/>
      <w:sz w:val="32"/>
      <w:szCs w:val="28"/>
    </w:rPr>
  </w:style>
  <w:style w:type="paragraph" w:styleId="Heading2">
    <w:name w:val="heading 2"/>
    <w:basedOn w:val="Normal"/>
    <w:next w:val="Normal"/>
    <w:link w:val="Heading2Char"/>
    <w:uiPriority w:val="9"/>
    <w:unhideWhenUsed/>
    <w:qFormat/>
    <w:rsid w:val="00FC693F"/>
    <w:pPr>
      <w:keepNext/>
      <w:keepLines/>
      <w:spacing w:before="60" w:after="60"/>
      <w:outlineLvl w:val="1"/>
    </w:pPr>
    <w:rPr>
      <w:rFonts w:asciiTheme="majorHAnsi" w:eastAsiaTheme="majorEastAsia" w:hAnsiTheme="majorHAnsi" w:cstheme="majorBidi"/>
      <w:b/>
      <w:bCs/>
      <w:i/>
      <w:color w:val="174F6B"/>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021540"/>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ctauk.org/d1-campaign" TargetMode="External"/><Relationship Id="rId3" Type="http://schemas.openxmlformats.org/officeDocument/2006/relationships/styles" Target="styles.xml"/><Relationship Id="rId7" Type="http://schemas.openxmlformats.org/officeDocument/2006/relationships/hyperlink" Target="https://ctauk.org/ctweek26-how-get-involve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tauk.or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hyperlink" Target="https://ctauk.org/" TargetMode="External"/><Relationship Id="rId12" Type="http://schemas.openxmlformats.org/officeDocument/2006/relationships/hyperlink" Target="https://ctauk.org/community-transport-week-2026" TargetMode="External"/><Relationship Id="rId13" Type="http://schemas.openxmlformats.org/officeDocument/2006/relationships/hyperlink" Target="https://ctauk.org/d1-licensing-campaig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478</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Invite your MP to Westminster - non-attendee member template</dc:title>
  <dc:subject>MP invitation template supplied by CTA's policy team</dc:subject>
  <dc:creator>Community Transport Association</dc:creator>
  <cp:keywords/>
  <dc:description>Policy wording preserved exactly; formatting and editable-field highlighting only.</dc:description>
  <cp:lastModifiedBy>Dylan Wilson-Lewis</cp:lastModifiedBy>
  <cp:revision>6</cp:revision>
  <dcterms:created xsi:type="dcterms:W3CDTF">2013-12-23T23:15:00Z</dcterms:created>
  <dcterms:modified xsi:type="dcterms:W3CDTF">2026-09-03T10:23:00Z</dcterms:modified>
  <cp:category/>
</cp:coreProperties>
</file>